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9FB46" w14:textId="77777777" w:rsidR="00C365CD" w:rsidRDefault="00000000">
      <w:r>
        <w:t>[Nome da Sua Empresa]</w:t>
      </w:r>
    </w:p>
    <w:p w14:paraId="1D196946" w14:textId="77777777" w:rsidR="00C365CD" w:rsidRDefault="00000000">
      <w:r>
        <w:t>ORÇAMENTO</w:t>
      </w:r>
    </w:p>
    <w:p w14:paraId="72E868C9" w14:textId="77777777" w:rsidR="00C365CD" w:rsidRDefault="00C365CD"/>
    <w:p w14:paraId="5908D65D" w14:textId="77777777" w:rsidR="00C365CD" w:rsidRDefault="00000000">
      <w:r>
        <w:t>Cliente: [Nome do Cliente]</w:t>
      </w:r>
    </w:p>
    <w:p w14:paraId="431484A1" w14:textId="77777777" w:rsidR="00C365CD" w:rsidRDefault="00000000">
      <w:r>
        <w:t>Endereço: [Endereço Completo do Cliente]</w:t>
      </w:r>
    </w:p>
    <w:p w14:paraId="0530DBF9" w14:textId="77777777" w:rsidR="00C365CD" w:rsidRDefault="00000000">
      <w:r>
        <w:t>Telefone: [Telefone do Cliente]</w:t>
      </w:r>
    </w:p>
    <w:p w14:paraId="3E739DDF" w14:textId="77777777" w:rsidR="00C365CD" w:rsidRDefault="00000000">
      <w:r>
        <w:t>E-mail: [E-mail do Cliente]</w:t>
      </w:r>
    </w:p>
    <w:p w14:paraId="747C599D" w14:textId="77777777" w:rsidR="00C365CD" w:rsidRDefault="00000000">
      <w:r>
        <w:t>Data do Orçamento: [Data]</w:t>
      </w:r>
    </w:p>
    <w:p w14:paraId="6186C190" w14:textId="77777777" w:rsidR="00C365CD" w:rsidRDefault="00C365CD"/>
    <w:p w14:paraId="21EB2091" w14:textId="7034A991" w:rsidR="00C365CD" w:rsidRDefault="00000000">
      <w:r>
        <w:t xml:space="preserve">1. </w:t>
      </w:r>
      <w:proofErr w:type="spellStart"/>
      <w:r>
        <w:t>Descrição</w:t>
      </w:r>
      <w:proofErr w:type="spellEnd"/>
      <w:r>
        <w:t xml:space="preserve"> do </w:t>
      </w:r>
      <w:proofErr w:type="spellStart"/>
      <w:r>
        <w:t>Serviço</w:t>
      </w:r>
      <w:proofErr w:type="spellEnd"/>
      <w:r>
        <w:t>/</w:t>
      </w:r>
      <w:proofErr w:type="spellStart"/>
      <w:r>
        <w:t>Produto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C365CD" w14:paraId="74BF58F0" w14:textId="77777777" w:rsidTr="009D610D">
        <w:tc>
          <w:tcPr>
            <w:tcW w:w="2160" w:type="dxa"/>
            <w:vAlign w:val="center"/>
          </w:tcPr>
          <w:p w14:paraId="544D127F" w14:textId="77777777" w:rsidR="00C365CD" w:rsidRDefault="00000000" w:rsidP="009D610D">
            <w:pPr>
              <w:jc w:val="center"/>
            </w:pPr>
            <w:r>
              <w:t>Descrição</w:t>
            </w:r>
          </w:p>
        </w:tc>
        <w:tc>
          <w:tcPr>
            <w:tcW w:w="2160" w:type="dxa"/>
            <w:vAlign w:val="center"/>
          </w:tcPr>
          <w:p w14:paraId="2BCB7857" w14:textId="77777777" w:rsidR="00C365CD" w:rsidRDefault="00000000" w:rsidP="009D610D">
            <w:pPr>
              <w:jc w:val="center"/>
            </w:pPr>
            <w:r>
              <w:t>Quantidade</w:t>
            </w:r>
          </w:p>
        </w:tc>
        <w:tc>
          <w:tcPr>
            <w:tcW w:w="2160" w:type="dxa"/>
            <w:vAlign w:val="center"/>
          </w:tcPr>
          <w:p w14:paraId="37D47227" w14:textId="77777777" w:rsidR="00C365CD" w:rsidRDefault="00000000" w:rsidP="009D610D">
            <w:pPr>
              <w:jc w:val="center"/>
            </w:pPr>
            <w:r>
              <w:t>Preço Unitário</w:t>
            </w:r>
          </w:p>
        </w:tc>
        <w:tc>
          <w:tcPr>
            <w:tcW w:w="2160" w:type="dxa"/>
            <w:vAlign w:val="center"/>
          </w:tcPr>
          <w:p w14:paraId="6C2C261F" w14:textId="77777777" w:rsidR="00C365CD" w:rsidRDefault="00000000" w:rsidP="009D610D">
            <w:pPr>
              <w:jc w:val="center"/>
            </w:pPr>
            <w:r>
              <w:t>Total</w:t>
            </w:r>
          </w:p>
        </w:tc>
      </w:tr>
      <w:tr w:rsidR="00C365CD" w14:paraId="18124AC2" w14:textId="77777777" w:rsidTr="009D610D">
        <w:tc>
          <w:tcPr>
            <w:tcW w:w="2160" w:type="dxa"/>
            <w:vAlign w:val="center"/>
          </w:tcPr>
          <w:p w14:paraId="6BC3DBC2" w14:textId="77777777" w:rsidR="00C365CD" w:rsidRDefault="00000000" w:rsidP="009D610D">
            <w:pPr>
              <w:jc w:val="center"/>
            </w:pPr>
            <w:r>
              <w:t>[Serviço/Produto 1]</w:t>
            </w:r>
          </w:p>
        </w:tc>
        <w:tc>
          <w:tcPr>
            <w:tcW w:w="2160" w:type="dxa"/>
            <w:vAlign w:val="center"/>
          </w:tcPr>
          <w:p w14:paraId="53D282F5" w14:textId="77777777" w:rsidR="00C365CD" w:rsidRDefault="00000000" w:rsidP="009D610D">
            <w:pPr>
              <w:jc w:val="center"/>
            </w:pPr>
            <w:r>
              <w:t>[Qtd.]</w:t>
            </w:r>
          </w:p>
        </w:tc>
        <w:tc>
          <w:tcPr>
            <w:tcW w:w="2160" w:type="dxa"/>
            <w:vAlign w:val="center"/>
          </w:tcPr>
          <w:p w14:paraId="4DF6D6FB" w14:textId="77777777" w:rsidR="00C365CD" w:rsidRDefault="00000000" w:rsidP="009D610D">
            <w:pPr>
              <w:jc w:val="center"/>
            </w:pPr>
            <w:r>
              <w:t>[Valor]</w:t>
            </w:r>
          </w:p>
        </w:tc>
        <w:tc>
          <w:tcPr>
            <w:tcW w:w="2160" w:type="dxa"/>
            <w:vAlign w:val="center"/>
          </w:tcPr>
          <w:p w14:paraId="11A23D31" w14:textId="77777777" w:rsidR="00C365CD" w:rsidRDefault="00000000" w:rsidP="009D610D">
            <w:pPr>
              <w:jc w:val="center"/>
            </w:pPr>
            <w:r>
              <w:t>[Total]</w:t>
            </w:r>
          </w:p>
        </w:tc>
      </w:tr>
      <w:tr w:rsidR="00C365CD" w14:paraId="6BB2E6AA" w14:textId="77777777" w:rsidTr="009D610D">
        <w:tc>
          <w:tcPr>
            <w:tcW w:w="2160" w:type="dxa"/>
            <w:vAlign w:val="center"/>
          </w:tcPr>
          <w:p w14:paraId="10CAB2AC" w14:textId="77777777" w:rsidR="00C365CD" w:rsidRDefault="00000000" w:rsidP="009D610D">
            <w:pPr>
              <w:jc w:val="center"/>
            </w:pPr>
            <w:r>
              <w:t>[Serviço/Produto 2]</w:t>
            </w:r>
          </w:p>
        </w:tc>
        <w:tc>
          <w:tcPr>
            <w:tcW w:w="2160" w:type="dxa"/>
            <w:vAlign w:val="center"/>
          </w:tcPr>
          <w:p w14:paraId="4B351AD2" w14:textId="77777777" w:rsidR="00C365CD" w:rsidRDefault="00000000" w:rsidP="009D610D">
            <w:pPr>
              <w:jc w:val="center"/>
            </w:pPr>
            <w:r>
              <w:t>[Qtd.]</w:t>
            </w:r>
          </w:p>
        </w:tc>
        <w:tc>
          <w:tcPr>
            <w:tcW w:w="2160" w:type="dxa"/>
            <w:vAlign w:val="center"/>
          </w:tcPr>
          <w:p w14:paraId="4F52B5D1" w14:textId="77777777" w:rsidR="00C365CD" w:rsidRDefault="00000000" w:rsidP="009D610D">
            <w:pPr>
              <w:jc w:val="center"/>
            </w:pPr>
            <w:r>
              <w:t>[Valor]</w:t>
            </w:r>
          </w:p>
        </w:tc>
        <w:tc>
          <w:tcPr>
            <w:tcW w:w="2160" w:type="dxa"/>
            <w:vAlign w:val="center"/>
          </w:tcPr>
          <w:p w14:paraId="3315F05D" w14:textId="77777777" w:rsidR="00C365CD" w:rsidRDefault="00000000" w:rsidP="009D610D">
            <w:pPr>
              <w:jc w:val="center"/>
            </w:pPr>
            <w:r>
              <w:t>[Total]</w:t>
            </w:r>
          </w:p>
        </w:tc>
      </w:tr>
      <w:tr w:rsidR="00C365CD" w14:paraId="425ABF01" w14:textId="77777777" w:rsidTr="009D610D">
        <w:tc>
          <w:tcPr>
            <w:tcW w:w="2160" w:type="dxa"/>
            <w:vAlign w:val="center"/>
          </w:tcPr>
          <w:p w14:paraId="49480184" w14:textId="77777777" w:rsidR="00C365CD" w:rsidRDefault="00000000" w:rsidP="009D610D">
            <w:pPr>
              <w:jc w:val="center"/>
            </w:pPr>
            <w:r>
              <w:t>[Serviço/Produto 3]</w:t>
            </w:r>
          </w:p>
        </w:tc>
        <w:tc>
          <w:tcPr>
            <w:tcW w:w="2160" w:type="dxa"/>
            <w:vAlign w:val="center"/>
          </w:tcPr>
          <w:p w14:paraId="6A6F053C" w14:textId="77777777" w:rsidR="00C365CD" w:rsidRDefault="00000000" w:rsidP="009D610D">
            <w:pPr>
              <w:jc w:val="center"/>
            </w:pPr>
            <w:r>
              <w:t>[Qtd.]</w:t>
            </w:r>
          </w:p>
        </w:tc>
        <w:tc>
          <w:tcPr>
            <w:tcW w:w="2160" w:type="dxa"/>
            <w:vAlign w:val="center"/>
          </w:tcPr>
          <w:p w14:paraId="4028B84C" w14:textId="77777777" w:rsidR="00C365CD" w:rsidRDefault="00000000" w:rsidP="009D610D">
            <w:pPr>
              <w:jc w:val="center"/>
            </w:pPr>
            <w:r>
              <w:t>[Valor]</w:t>
            </w:r>
          </w:p>
        </w:tc>
        <w:tc>
          <w:tcPr>
            <w:tcW w:w="2160" w:type="dxa"/>
            <w:vAlign w:val="center"/>
          </w:tcPr>
          <w:p w14:paraId="75330BDB" w14:textId="77777777" w:rsidR="00C365CD" w:rsidRDefault="00000000" w:rsidP="009D610D">
            <w:pPr>
              <w:jc w:val="center"/>
            </w:pPr>
            <w:r>
              <w:t>[Total]</w:t>
            </w:r>
          </w:p>
        </w:tc>
      </w:tr>
    </w:tbl>
    <w:p w14:paraId="2E5E5950" w14:textId="77777777" w:rsidR="00C365CD" w:rsidRDefault="00C365CD"/>
    <w:p w14:paraId="749524A1" w14:textId="77777777" w:rsidR="00C365CD" w:rsidRDefault="00000000">
      <w:r>
        <w:t>2. Subtotal</w:t>
      </w:r>
    </w:p>
    <w:p w14:paraId="18AB3B23" w14:textId="77777777" w:rsidR="00C365CD" w:rsidRDefault="00000000">
      <w:r>
        <w:t>Subtotal dos produtos/serviços: [Valor Subtotal]</w:t>
      </w:r>
    </w:p>
    <w:p w14:paraId="7C0870EC" w14:textId="77777777" w:rsidR="00C365CD" w:rsidRDefault="00C365CD"/>
    <w:p w14:paraId="6AE10B50" w14:textId="77777777" w:rsidR="00C365CD" w:rsidRDefault="00000000">
      <w:r>
        <w:t>3. Impostos</w:t>
      </w:r>
    </w:p>
    <w:p w14:paraId="567BE662" w14:textId="77777777" w:rsidR="00C365CD" w:rsidRDefault="00000000">
      <w:r>
        <w:t>Impostos aplicáveis ([%]): [Valor Impostos]</w:t>
      </w:r>
    </w:p>
    <w:p w14:paraId="6A423436" w14:textId="77777777" w:rsidR="00C365CD" w:rsidRDefault="00C365CD"/>
    <w:p w14:paraId="08D9EA11" w14:textId="77777777" w:rsidR="00C365CD" w:rsidRDefault="00000000">
      <w:r>
        <w:t>4. Descontos</w:t>
      </w:r>
    </w:p>
    <w:p w14:paraId="2AF5379D" w14:textId="77777777" w:rsidR="00C365CD" w:rsidRDefault="00000000">
      <w:r>
        <w:t>Desconto concedido ([%]): [Valor Desconto]</w:t>
      </w:r>
    </w:p>
    <w:p w14:paraId="1C6346AC" w14:textId="77777777" w:rsidR="00C365CD" w:rsidRDefault="00C365CD"/>
    <w:p w14:paraId="279AF6A6" w14:textId="77777777" w:rsidR="00C365CD" w:rsidRDefault="00000000">
      <w:r>
        <w:t>5. Total Geral</w:t>
      </w:r>
    </w:p>
    <w:p w14:paraId="7EF500B0" w14:textId="77777777" w:rsidR="00C365CD" w:rsidRDefault="00000000">
      <w:r>
        <w:t>[Valor Total]</w:t>
      </w:r>
    </w:p>
    <w:p w14:paraId="18285D98" w14:textId="77777777" w:rsidR="00C365CD" w:rsidRDefault="00C365CD"/>
    <w:p w14:paraId="5F9B5B38" w14:textId="77777777" w:rsidR="00C365CD" w:rsidRDefault="00000000">
      <w:r>
        <w:t>6. Condições de Pagamento:</w:t>
      </w:r>
    </w:p>
    <w:p w14:paraId="66076CBA" w14:textId="77777777" w:rsidR="00C365CD" w:rsidRDefault="00000000">
      <w:r>
        <w:t>Forma de pagamento: [Especificar se é à vista, parcelado, etc.]</w:t>
      </w:r>
    </w:p>
    <w:p w14:paraId="45E2FF4D" w14:textId="77777777" w:rsidR="00C365CD" w:rsidRDefault="00000000">
      <w:r>
        <w:t>Prazo de pagamento: [Prazo]</w:t>
      </w:r>
    </w:p>
    <w:p w14:paraId="3068FDBF" w14:textId="77777777" w:rsidR="00C365CD" w:rsidRDefault="00000000">
      <w:r>
        <w:t>Condições especiais: [Caso haja condições especiais, como pagamento com cartão de crédito, etc.]</w:t>
      </w:r>
    </w:p>
    <w:p w14:paraId="46DB5AE2" w14:textId="77777777" w:rsidR="00C365CD" w:rsidRDefault="00C365CD"/>
    <w:p w14:paraId="683A696A" w14:textId="77777777" w:rsidR="00C365CD" w:rsidRDefault="00000000">
      <w:r>
        <w:t>7. Validade do Orçamento</w:t>
      </w:r>
    </w:p>
    <w:p w14:paraId="23EAF521" w14:textId="77777777" w:rsidR="00C365CD" w:rsidRDefault="00000000">
      <w:r>
        <w:t>Este orçamento tem validade até [Data de Validade].</w:t>
      </w:r>
    </w:p>
    <w:p w14:paraId="07CAC2DE" w14:textId="77777777" w:rsidR="00C365CD" w:rsidRDefault="00C365CD"/>
    <w:p w14:paraId="08A263E4" w14:textId="77777777" w:rsidR="00C365CD" w:rsidRDefault="00000000">
      <w:r>
        <w:t>8. Observações</w:t>
      </w:r>
    </w:p>
    <w:p w14:paraId="58DEDFDE" w14:textId="77777777" w:rsidR="00C365CD" w:rsidRDefault="00000000">
      <w:r>
        <w:t>[Qualquer observação importante sobre o orçamento, prazos, ou outros detalhes.]</w:t>
      </w:r>
    </w:p>
    <w:p w14:paraId="793F30C5" w14:textId="77777777" w:rsidR="00C365CD" w:rsidRDefault="00C365CD"/>
    <w:p w14:paraId="083EEFB4" w14:textId="77777777" w:rsidR="00C365CD" w:rsidRDefault="00000000">
      <w:r>
        <w:t>9. Assinaturas</w:t>
      </w:r>
    </w:p>
    <w:p w14:paraId="717E82DC" w14:textId="77777777" w:rsidR="00C365CD" w:rsidRDefault="00C365CD"/>
    <w:p w14:paraId="1D6F3426" w14:textId="77777777" w:rsidR="00C365CD" w:rsidRDefault="00000000">
      <w:r>
        <w:t>[Nome do Responsável]</w:t>
      </w:r>
    </w:p>
    <w:p w14:paraId="4E3063F4" w14:textId="77777777" w:rsidR="00C365CD" w:rsidRDefault="00000000">
      <w:r>
        <w:t>Cargo: [Cargo]</w:t>
      </w:r>
    </w:p>
    <w:p w14:paraId="317772CA" w14:textId="77777777" w:rsidR="00C365CD" w:rsidRDefault="00000000">
      <w:r>
        <w:t>Assinatura: ____________________________</w:t>
      </w:r>
    </w:p>
    <w:p w14:paraId="4E7B7F7B" w14:textId="77777777" w:rsidR="00C365CD" w:rsidRDefault="00000000">
      <w:r>
        <w:t>Data: [Data]</w:t>
      </w:r>
    </w:p>
    <w:sectPr w:rsidR="00C365C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6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2183051">
    <w:abstractNumId w:val="8"/>
  </w:num>
  <w:num w:numId="2" w16cid:durableId="1696271708">
    <w:abstractNumId w:val="6"/>
  </w:num>
  <w:num w:numId="3" w16cid:durableId="1680765873">
    <w:abstractNumId w:val="5"/>
  </w:num>
  <w:num w:numId="4" w16cid:durableId="27145723">
    <w:abstractNumId w:val="4"/>
  </w:num>
  <w:num w:numId="5" w16cid:durableId="281964854">
    <w:abstractNumId w:val="7"/>
  </w:num>
  <w:num w:numId="6" w16cid:durableId="180827842">
    <w:abstractNumId w:val="3"/>
  </w:num>
  <w:num w:numId="7" w16cid:durableId="1801265738">
    <w:abstractNumId w:val="2"/>
  </w:num>
  <w:num w:numId="8" w16cid:durableId="97452747">
    <w:abstractNumId w:val="1"/>
  </w:num>
  <w:num w:numId="9" w16cid:durableId="19228297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9D610D"/>
    <w:rsid w:val="00AA1D8D"/>
    <w:rsid w:val="00B47730"/>
    <w:rsid w:val="00C365CD"/>
    <w:rsid w:val="00CB0664"/>
    <w:rsid w:val="00F157D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5AC723"/>
  <w14:defaultImageDpi w14:val="300"/>
  <w15:docId w15:val="{6E542343-4100-4C67-88DA-629D94F1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Claudio2</cp:lastModifiedBy>
  <cp:revision>2</cp:revision>
  <dcterms:created xsi:type="dcterms:W3CDTF">2013-12-23T23:15:00Z</dcterms:created>
  <dcterms:modified xsi:type="dcterms:W3CDTF">2026-02-09T17:00:00Z</dcterms:modified>
  <cp:category/>
</cp:coreProperties>
</file>